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3DCFA2" w14:textId="6E261E71" w:rsidR="006C392F" w:rsidRPr="006C392F" w:rsidRDefault="006C392F" w:rsidP="006C392F">
      <w:pPr>
        <w:pStyle w:val="Heading1"/>
        <w:jc w:val="center"/>
        <w:rPr>
          <w:sz w:val="36"/>
          <w:szCs w:val="36"/>
        </w:rPr>
      </w:pPr>
      <w:r w:rsidRPr="006C392F">
        <w:rPr>
          <w:sz w:val="36"/>
          <w:szCs w:val="36"/>
        </w:rPr>
        <w:t>World Journal of Experimental Biosciences</w:t>
      </w:r>
    </w:p>
    <w:p w14:paraId="636848CC" w14:textId="77777777" w:rsidR="006C392F" w:rsidRDefault="006C392F" w:rsidP="006C392F">
      <w:pPr>
        <w:pStyle w:val="Heading1"/>
        <w:spacing w:before="120" w:after="120"/>
      </w:pPr>
      <w:r w:rsidRPr="006C392F">
        <w:t>Peer Review Evaluation Form</w:t>
      </w:r>
    </w:p>
    <w:p w14:paraId="4C06C08A" w14:textId="599C785F" w:rsidR="006C392F" w:rsidRPr="006C392F" w:rsidRDefault="006C392F" w:rsidP="006C392F">
      <w:pPr>
        <w:pStyle w:val="Heading1"/>
        <w:spacing w:before="120" w:after="120"/>
        <w:rPr>
          <w:sz w:val="22"/>
          <w:szCs w:val="22"/>
        </w:rPr>
      </w:pPr>
      <w:r w:rsidRPr="006C392F">
        <w:rPr>
          <w:sz w:val="22"/>
          <w:szCs w:val="22"/>
        </w:rPr>
        <w:t>Manuscript ID: ___________</w:t>
      </w:r>
      <w:r w:rsidRPr="006C392F">
        <w:rPr>
          <w:sz w:val="22"/>
          <w:szCs w:val="22"/>
        </w:rPr>
        <w:br/>
        <w:t>Article Title: ______________________________________</w:t>
      </w:r>
      <w:r w:rsidRPr="006C392F">
        <w:rPr>
          <w:sz w:val="22"/>
          <w:szCs w:val="22"/>
        </w:rPr>
        <w:br/>
        <w:t>Reviewer Name (optional): ___________________________</w:t>
      </w:r>
      <w:r w:rsidRPr="006C392F">
        <w:rPr>
          <w:sz w:val="22"/>
          <w:szCs w:val="22"/>
        </w:rPr>
        <w:br/>
        <w:t>Date of Review: ____ / ____ / ______</w:t>
      </w:r>
      <w:r w:rsidRPr="006C392F">
        <w:rPr>
          <w:sz w:val="22"/>
          <w:szCs w:val="22"/>
        </w:rPr>
        <w:br/>
      </w:r>
    </w:p>
    <w:p w14:paraId="1495AC29" w14:textId="77777777" w:rsidR="00407D80" w:rsidRDefault="00000000">
      <w:pPr>
        <w:pStyle w:val="Heading2"/>
      </w:pPr>
      <w:r>
        <w:t>Reviewer Expertise</w:t>
      </w:r>
    </w:p>
    <w:p w14:paraId="4CFA4C34" w14:textId="77777777" w:rsidR="00407D80" w:rsidRDefault="00000000">
      <w:r>
        <w:t>How would you rate your expertise in the subject area of this manuscript?</w:t>
      </w:r>
      <w:r>
        <w:br/>
        <w:t>☐ Excellent  ☐ Good  ☐ Adequate  ☐ Limited</w:t>
      </w:r>
    </w:p>
    <w:p w14:paraId="394A4048" w14:textId="77777777" w:rsidR="00407D80" w:rsidRDefault="00000000">
      <w:pPr>
        <w:pStyle w:val="Heading2"/>
      </w:pPr>
      <w:r>
        <w:t>Originality and Novelty</w:t>
      </w:r>
    </w:p>
    <w:p w14:paraId="7090D861" w14:textId="77777777" w:rsidR="00407D80" w:rsidRDefault="00000000">
      <w:r>
        <w:t>The manuscript presents original research and contributes new knowledge to the field.</w:t>
      </w:r>
      <w:r>
        <w:br/>
        <w:t>☐ Strongly agree  ☐ Agree  ☐ Neutral  ☐ Disagree  ☐ Strongly disagree</w:t>
      </w:r>
    </w:p>
    <w:p w14:paraId="7FC9F35A" w14:textId="77777777" w:rsidR="00407D80" w:rsidRDefault="00000000">
      <w:pPr>
        <w:pStyle w:val="Heading2"/>
      </w:pPr>
      <w:r>
        <w:t>Scientific Quality and Methodology</w:t>
      </w:r>
    </w:p>
    <w:p w14:paraId="0189B61D" w14:textId="77777777" w:rsidR="00407D80" w:rsidRDefault="00000000">
      <w:r>
        <w:t>The study design, methodology, and experimental procedures are scientifically sound and appropriate.</w:t>
      </w:r>
      <w:r>
        <w:br/>
        <w:t>☐ Strongly agree  ☐ Agree  ☐ Neutral  ☐ Disagree  ☐ Strongly disagree</w:t>
      </w:r>
    </w:p>
    <w:p w14:paraId="1B1C381A" w14:textId="77777777" w:rsidR="00407D80" w:rsidRDefault="00000000">
      <w:pPr>
        <w:pStyle w:val="Heading2"/>
      </w:pPr>
      <w:r>
        <w:t>Data Analysis and Interpretation</w:t>
      </w:r>
    </w:p>
    <w:p w14:paraId="24A0EE74" w14:textId="77777777" w:rsidR="00407D80" w:rsidRDefault="00000000">
      <w:r>
        <w:t>The data analysis is appropriate, and the results are clearly interpreted and supported by the data.</w:t>
      </w:r>
      <w:r>
        <w:br/>
        <w:t>☐ Strongly agree  ☐ Agree  ☐ Neutral  ☐ Disagree  ☐ Strongly disagree</w:t>
      </w:r>
    </w:p>
    <w:p w14:paraId="4CE88F2D" w14:textId="77777777" w:rsidR="00407D80" w:rsidRDefault="00000000">
      <w:pPr>
        <w:pStyle w:val="Heading2"/>
      </w:pPr>
      <w:r>
        <w:t>Organization and Clarity</w:t>
      </w:r>
    </w:p>
    <w:p w14:paraId="10C987EE" w14:textId="77777777" w:rsidR="00407D80" w:rsidRDefault="00000000">
      <w:r>
        <w:t>The manuscript is well organized, clearly written, and easy to understand.</w:t>
      </w:r>
      <w:r>
        <w:br/>
        <w:t>☐ Strongly agree  ☐ Agree  ☐ Neutral  ☐ Disagree  ☐ Strongly disagree</w:t>
      </w:r>
    </w:p>
    <w:p w14:paraId="1E7077B3" w14:textId="77777777" w:rsidR="00407D80" w:rsidRDefault="00000000">
      <w:pPr>
        <w:pStyle w:val="Heading2"/>
      </w:pPr>
      <w:r>
        <w:t>Figures, Tables, and References</w:t>
      </w:r>
    </w:p>
    <w:p w14:paraId="5BACD761" w14:textId="77777777" w:rsidR="00407D80" w:rsidRDefault="00000000">
      <w:r>
        <w:t>Figures, tables, and references are appropriate, clear, and relevant.</w:t>
      </w:r>
      <w:r>
        <w:br/>
        <w:t>☐ Excellent  ☐ Good  ☐ Fair  ☐ Poor</w:t>
      </w:r>
    </w:p>
    <w:p w14:paraId="10CF9DC6" w14:textId="77777777" w:rsidR="00407D80" w:rsidRDefault="00000000">
      <w:pPr>
        <w:pStyle w:val="Heading2"/>
      </w:pPr>
      <w:r>
        <w:t>Ethical Considerations</w:t>
      </w:r>
    </w:p>
    <w:p w14:paraId="07E4803D" w14:textId="77777777" w:rsidR="00407D80" w:rsidRDefault="00000000">
      <w:r>
        <w:t>The manuscript complies with ethical standards (human/animal ethics, consent, plagiarism).</w:t>
      </w:r>
      <w:r>
        <w:br/>
        <w:t>☐ Yes  ☐ No  ☐ Not applicable</w:t>
      </w:r>
    </w:p>
    <w:p w14:paraId="64184653" w14:textId="77777777" w:rsidR="00407D80" w:rsidRDefault="00000000">
      <w:pPr>
        <w:pStyle w:val="Heading2"/>
      </w:pPr>
      <w:r>
        <w:lastRenderedPageBreak/>
        <w:t>Major Strengths</w:t>
      </w:r>
    </w:p>
    <w:p w14:paraId="124ED7C4" w14:textId="77777777" w:rsidR="00407D80" w:rsidRDefault="00000000">
      <w:r>
        <w:t>Please describe the major strengths of the manuscript.</w:t>
      </w:r>
    </w:p>
    <w:p w14:paraId="46292883" w14:textId="77777777" w:rsidR="006C392F" w:rsidRDefault="006C392F"/>
    <w:p w14:paraId="1A579560" w14:textId="77777777" w:rsidR="006C392F" w:rsidRDefault="006C392F"/>
    <w:p w14:paraId="7DC634AC" w14:textId="77777777" w:rsidR="006C392F" w:rsidRDefault="006C392F"/>
    <w:p w14:paraId="197EC0E1" w14:textId="77777777" w:rsidR="006C392F" w:rsidRDefault="006C392F"/>
    <w:p w14:paraId="75B8261C" w14:textId="77777777" w:rsidR="00407D80" w:rsidRDefault="00000000">
      <w:pPr>
        <w:pStyle w:val="Heading2"/>
      </w:pPr>
      <w:r>
        <w:t>Major Weaknesses</w:t>
      </w:r>
    </w:p>
    <w:p w14:paraId="349AEAF2" w14:textId="77777777" w:rsidR="00407D80" w:rsidRDefault="00000000">
      <w:r>
        <w:t>Please describe the major weaknesses or limitations of the manuscript.</w:t>
      </w:r>
    </w:p>
    <w:p w14:paraId="37D3863F" w14:textId="77777777" w:rsidR="006C392F" w:rsidRDefault="006C392F"/>
    <w:p w14:paraId="3A4868DB" w14:textId="77777777" w:rsidR="006C392F" w:rsidRDefault="006C392F"/>
    <w:p w14:paraId="0FCB57D8" w14:textId="77777777" w:rsidR="006C392F" w:rsidRDefault="006C392F"/>
    <w:p w14:paraId="3634199C" w14:textId="77777777" w:rsidR="00407D80" w:rsidRDefault="00000000">
      <w:pPr>
        <w:pStyle w:val="Heading2"/>
      </w:pPr>
      <w:r>
        <w:t>Comments for Authors</w:t>
      </w:r>
    </w:p>
    <w:p w14:paraId="07C74B65" w14:textId="77777777" w:rsidR="00407D80" w:rsidRDefault="00000000">
      <w:r>
        <w:t>Please provide detailed comments and suggestions for improving the manuscript.</w:t>
      </w:r>
    </w:p>
    <w:p w14:paraId="1C0699EC" w14:textId="77777777" w:rsidR="006C392F" w:rsidRDefault="006C392F"/>
    <w:p w14:paraId="271A016F" w14:textId="77777777" w:rsidR="006C392F" w:rsidRDefault="006C392F"/>
    <w:p w14:paraId="79649CEB" w14:textId="77777777" w:rsidR="006C392F" w:rsidRDefault="006C392F"/>
    <w:p w14:paraId="03A40D61" w14:textId="77777777" w:rsidR="00407D80" w:rsidRDefault="00000000">
      <w:pPr>
        <w:pStyle w:val="Heading2"/>
      </w:pPr>
      <w:r>
        <w:t>Confidential Comments to the Editor</w:t>
      </w:r>
    </w:p>
    <w:p w14:paraId="47A1F1BE" w14:textId="77777777" w:rsidR="00407D80" w:rsidRDefault="00000000">
      <w:r>
        <w:t>Confidential comments for the Editor-in-Chief (not shared with authors).</w:t>
      </w:r>
    </w:p>
    <w:p w14:paraId="1FAAA830" w14:textId="77777777" w:rsidR="006C392F" w:rsidRDefault="006C392F"/>
    <w:p w14:paraId="1AC8A1D8" w14:textId="77777777" w:rsidR="006C392F" w:rsidRDefault="006C392F"/>
    <w:p w14:paraId="5947A819" w14:textId="77777777" w:rsidR="006C392F" w:rsidRDefault="006C392F"/>
    <w:p w14:paraId="2AC3E602" w14:textId="77777777" w:rsidR="00407D80" w:rsidRDefault="00000000">
      <w:pPr>
        <w:pStyle w:val="Heading2"/>
      </w:pPr>
      <w:r>
        <w:t>Final Recommendation</w:t>
      </w:r>
    </w:p>
    <w:p w14:paraId="385BA85A" w14:textId="77777777" w:rsidR="00407D80" w:rsidRDefault="00000000">
      <w:r>
        <w:t>☐ Accept without revision</w:t>
      </w:r>
      <w:r>
        <w:br/>
        <w:t>☐ Minor revision</w:t>
      </w:r>
      <w:r>
        <w:br/>
        <w:t>☐ Major revision</w:t>
      </w:r>
      <w:r>
        <w:br/>
        <w:t>☐ Reject</w:t>
      </w:r>
    </w:p>
    <w:sectPr w:rsidR="00407D80" w:rsidSect="006C392F">
      <w:footerReference w:type="default" r:id="rId8"/>
      <w:pgSz w:w="12240" w:h="15840"/>
      <w:pgMar w:top="135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FB4DB0" w14:textId="77777777" w:rsidR="00CB4E3E" w:rsidRDefault="00CB4E3E" w:rsidP="006C392F">
      <w:pPr>
        <w:spacing w:after="0" w:line="240" w:lineRule="auto"/>
      </w:pPr>
      <w:r>
        <w:separator/>
      </w:r>
    </w:p>
  </w:endnote>
  <w:endnote w:type="continuationSeparator" w:id="0">
    <w:p w14:paraId="72E0E6CB" w14:textId="77777777" w:rsidR="00CB4E3E" w:rsidRDefault="00CB4E3E" w:rsidP="006C39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1C4CB" w14:textId="6FD87BED" w:rsidR="006C392F" w:rsidRDefault="006C392F" w:rsidP="006C392F">
    <w:pPr>
      <w:pStyle w:val="Footer"/>
      <w:pBdr>
        <w:bottom w:val="single" w:sz="6" w:space="1" w:color="auto"/>
      </w:pBdr>
      <w:jc w:val="center"/>
    </w:pPr>
  </w:p>
  <w:p w14:paraId="186CF82D" w14:textId="036BD688" w:rsidR="006C392F" w:rsidRDefault="006C392F" w:rsidP="006C392F">
    <w:pPr>
      <w:pStyle w:val="Footer"/>
      <w:jc w:val="center"/>
    </w:pPr>
    <w:r w:rsidRPr="006C392F">
      <w:t>Unicorn Scientific Publisher LLC</w:t>
    </w:r>
    <w:r>
      <w:t xml:space="preserve">, </w:t>
    </w:r>
    <w:r w:rsidRPr="006C392F">
      <w:t>ISSN:</w:t>
    </w:r>
    <w:r>
      <w:t xml:space="preserve"> </w:t>
    </w:r>
    <w:r w:rsidRPr="006C392F">
      <w:t>(P-ISSN: 2313-3937, e-ISSN: 3070-0647) </w:t>
    </w:r>
    <w:r w:rsidRPr="006C392F">
      <w:br/>
      <w:t>Website: https://journals.uniscipub.com/Wjebs/</w:t>
    </w:r>
    <w:r w:rsidRPr="006C392F">
      <w:b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A9AD45" w14:textId="77777777" w:rsidR="00CB4E3E" w:rsidRDefault="00CB4E3E" w:rsidP="006C392F">
      <w:pPr>
        <w:spacing w:after="0" w:line="240" w:lineRule="auto"/>
      </w:pPr>
      <w:r>
        <w:separator/>
      </w:r>
    </w:p>
  </w:footnote>
  <w:footnote w:type="continuationSeparator" w:id="0">
    <w:p w14:paraId="6C3FF1D3" w14:textId="77777777" w:rsidR="00CB4E3E" w:rsidRDefault="00CB4E3E" w:rsidP="006C39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46660200">
    <w:abstractNumId w:val="8"/>
  </w:num>
  <w:num w:numId="2" w16cid:durableId="1682121115">
    <w:abstractNumId w:val="6"/>
  </w:num>
  <w:num w:numId="3" w16cid:durableId="290211160">
    <w:abstractNumId w:val="5"/>
  </w:num>
  <w:num w:numId="4" w16cid:durableId="1104572285">
    <w:abstractNumId w:val="4"/>
  </w:num>
  <w:num w:numId="5" w16cid:durableId="903299775">
    <w:abstractNumId w:val="7"/>
  </w:num>
  <w:num w:numId="6" w16cid:durableId="924188960">
    <w:abstractNumId w:val="3"/>
  </w:num>
  <w:num w:numId="7" w16cid:durableId="105000805">
    <w:abstractNumId w:val="2"/>
  </w:num>
  <w:num w:numId="8" w16cid:durableId="1024132607">
    <w:abstractNumId w:val="1"/>
  </w:num>
  <w:num w:numId="9" w16cid:durableId="1446662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84CBB"/>
    <w:rsid w:val="0029639D"/>
    <w:rsid w:val="00326F90"/>
    <w:rsid w:val="00407D80"/>
    <w:rsid w:val="00471187"/>
    <w:rsid w:val="005E7E86"/>
    <w:rsid w:val="006C392F"/>
    <w:rsid w:val="00AA1D8D"/>
    <w:rsid w:val="00B47730"/>
    <w:rsid w:val="00C45E30"/>
    <w:rsid w:val="00CB0664"/>
    <w:rsid w:val="00CB4E3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30FEEEE"/>
  <w14:defaultImageDpi w14:val="300"/>
  <w15:docId w15:val="{55D64B57-F1DC-456F-874C-F1894FC15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282</Words>
  <Characters>1610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1889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 C E R</cp:lastModifiedBy>
  <cp:revision>4</cp:revision>
  <dcterms:created xsi:type="dcterms:W3CDTF">2026-01-11T19:38:00Z</dcterms:created>
  <dcterms:modified xsi:type="dcterms:W3CDTF">2026-10-21T08:35:00Z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b08e5e10-182c-4c01-a6a2-8083ef6949cb</vt:lpwstr>
  </property>
</Properties>
</file>